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3AB" w:rsidRDefault="000733AB">
      <w:pPr>
        <w:jc w:val="center"/>
      </w:pPr>
    </w:p>
    <w:p w:rsidR="006E1114" w:rsidRDefault="005507BC">
      <w:pPr>
        <w:jc w:val="center"/>
      </w:pPr>
      <w:proofErr w:type="spellStart"/>
      <w:r>
        <w:t>Selezione</w:t>
      </w:r>
      <w:proofErr w:type="spellEnd"/>
      <w:r>
        <w:t xml:space="preserve"> RSPP – </w:t>
      </w:r>
      <w:proofErr w:type="spellStart"/>
      <w:r>
        <w:t>triennio</w:t>
      </w:r>
      <w:proofErr w:type="spellEnd"/>
      <w:r>
        <w:t xml:space="preserve"> 2026/2029</w:t>
      </w:r>
    </w:p>
    <w:p w:rsidR="006E1114" w:rsidRDefault="005507BC">
      <w:pPr>
        <w:jc w:val="center"/>
      </w:pPr>
      <w:r>
        <w:rPr>
          <w:b/>
          <w:sz w:val="26"/>
        </w:rPr>
        <w:t>ALLEGATO 3</w:t>
      </w:r>
      <w:bookmarkStart w:id="0" w:name="_GoBack"/>
      <w:bookmarkEnd w:id="0"/>
    </w:p>
    <w:p w:rsidR="006E1114" w:rsidRDefault="005507BC">
      <w:pPr>
        <w:jc w:val="center"/>
      </w:pPr>
      <w:r>
        <w:rPr>
          <w:b/>
          <w:sz w:val="24"/>
        </w:rPr>
        <w:t>DICHIARAZIONE DI ASSENZA DI CAUSE DI INCOMPATIBILITÀ</w:t>
      </w:r>
    </w:p>
    <w:p w:rsidR="000733AB" w:rsidRDefault="005507BC" w:rsidP="000733AB">
      <w:pPr>
        <w:jc w:val="right"/>
        <w:rPr>
          <w:rFonts w:ascii="Bookman Old Style" w:hAnsi="Bookman Old Style"/>
          <w:sz w:val="24"/>
          <w:szCs w:val="24"/>
        </w:rPr>
      </w:pPr>
      <w:r w:rsidRPr="000733AB">
        <w:rPr>
          <w:rFonts w:ascii="Bookman Old Style" w:hAnsi="Bookman Old Style"/>
          <w:sz w:val="24"/>
          <w:szCs w:val="24"/>
        </w:rPr>
        <w:t xml:space="preserve">Al Dirigente Scolastico </w:t>
      </w:r>
    </w:p>
    <w:p w:rsidR="000733AB" w:rsidRDefault="005507BC" w:rsidP="000733AB">
      <w:pPr>
        <w:jc w:val="right"/>
        <w:rPr>
          <w:rFonts w:ascii="Bookman Old Style" w:hAnsi="Bookman Old Style"/>
          <w:sz w:val="24"/>
          <w:szCs w:val="24"/>
        </w:rPr>
      </w:pPr>
      <w:proofErr w:type="spellStart"/>
      <w:r w:rsidRPr="000733AB">
        <w:rPr>
          <w:rFonts w:ascii="Bookman Old Style" w:hAnsi="Bookman Old Style"/>
          <w:sz w:val="24"/>
          <w:szCs w:val="24"/>
        </w:rPr>
        <w:t>dell’Istituto</w:t>
      </w:r>
      <w:proofErr w:type="spellEnd"/>
      <w:r w:rsidRPr="000733A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0733AB">
        <w:rPr>
          <w:rFonts w:ascii="Bookman Old Style" w:hAnsi="Bookman Old Style"/>
          <w:sz w:val="24"/>
          <w:szCs w:val="24"/>
        </w:rPr>
        <w:t>Comprensivo</w:t>
      </w:r>
      <w:proofErr w:type="spellEnd"/>
    </w:p>
    <w:p w:rsidR="006E1114" w:rsidRPr="000733AB" w:rsidRDefault="005507BC" w:rsidP="000733AB">
      <w:pPr>
        <w:jc w:val="right"/>
        <w:rPr>
          <w:rFonts w:ascii="Bookman Old Style" w:hAnsi="Bookman Old Style"/>
          <w:sz w:val="24"/>
          <w:szCs w:val="24"/>
        </w:rPr>
      </w:pPr>
      <w:r w:rsidRPr="000733A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0733AB">
        <w:rPr>
          <w:rFonts w:ascii="Bookman Old Style" w:hAnsi="Bookman Old Style"/>
          <w:sz w:val="24"/>
          <w:szCs w:val="24"/>
        </w:rPr>
        <w:t>Bova</w:t>
      </w:r>
      <w:proofErr w:type="spellEnd"/>
      <w:r w:rsidRPr="000733AB">
        <w:rPr>
          <w:rFonts w:ascii="Bookman Old Style" w:hAnsi="Bookman Old Style"/>
          <w:sz w:val="24"/>
          <w:szCs w:val="24"/>
        </w:rPr>
        <w:t xml:space="preserve"> Marina – Condofuri – </w:t>
      </w:r>
      <w:r w:rsidRPr="000733AB">
        <w:rPr>
          <w:rFonts w:ascii="Bookman Old Style" w:hAnsi="Bookman Old Style"/>
          <w:sz w:val="24"/>
          <w:szCs w:val="24"/>
        </w:rPr>
        <w:t>Brancaleone – Bruzzano</w:t>
      </w:r>
    </w:p>
    <w:p w:rsidR="006E1114" w:rsidRPr="000733AB" w:rsidRDefault="005507BC" w:rsidP="000733AB">
      <w:pPr>
        <w:pStyle w:val="Nessunaspaziatura"/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Il/La sottoscritto/a _________________________________________________________________</w:t>
      </w:r>
    </w:p>
    <w:p w:rsidR="006E1114" w:rsidRPr="000733AB" w:rsidRDefault="005507BC" w:rsidP="000733AB">
      <w:pPr>
        <w:pStyle w:val="Nessunaspaziatura"/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nato/</w:t>
      </w:r>
      <w:proofErr w:type="gramStart"/>
      <w:r w:rsidRPr="000733AB">
        <w:rPr>
          <w:rFonts w:ascii="Baskerville Old Face" w:hAnsi="Baskerville Old Face"/>
          <w:sz w:val="24"/>
          <w:szCs w:val="24"/>
        </w:rPr>
        <w:t>a</w:t>
      </w:r>
      <w:proofErr w:type="gramEnd"/>
      <w:r w:rsidRPr="000733AB">
        <w:rPr>
          <w:rFonts w:ascii="Baskerville Old Face" w:hAnsi="Baskerville Old Face"/>
          <w:sz w:val="24"/>
          <w:szCs w:val="24"/>
        </w:rPr>
        <w:t xml:space="preserve"> a __________________________________________ il ____/____/________</w:t>
      </w:r>
    </w:p>
    <w:p w:rsidR="006E1114" w:rsidRPr="000733AB" w:rsidRDefault="005507BC" w:rsidP="000733AB">
      <w:pPr>
        <w:pStyle w:val="Nessunaspaziatura"/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codice fiscale ______________________</w:t>
      </w:r>
      <w:r w:rsidR="000733AB" w:rsidRPr="000733AB">
        <w:rPr>
          <w:rFonts w:ascii="Baskerville Old Face" w:hAnsi="Baskerville Old Face"/>
          <w:sz w:val="24"/>
          <w:szCs w:val="24"/>
        </w:rPr>
        <w:t xml:space="preserve">________________, in </w:t>
      </w:r>
      <w:proofErr w:type="spellStart"/>
      <w:r w:rsidR="000733AB" w:rsidRPr="000733AB">
        <w:rPr>
          <w:rFonts w:ascii="Baskerville Old Face" w:hAnsi="Baskerville Old Face"/>
          <w:sz w:val="24"/>
          <w:szCs w:val="24"/>
        </w:rPr>
        <w:t>qualità</w:t>
      </w:r>
      <w:proofErr w:type="spellEnd"/>
      <w:r w:rsidR="000733AB" w:rsidRPr="000733AB">
        <w:rPr>
          <w:rFonts w:ascii="Baskerville Old Face" w:hAnsi="Baskerville Old Face"/>
          <w:sz w:val="24"/>
          <w:szCs w:val="24"/>
        </w:rPr>
        <w:t xml:space="preserve"> di </w:t>
      </w:r>
      <w:r w:rsidRPr="000733AB">
        <w:rPr>
          <w:rFonts w:ascii="Baskerville Old Face" w:hAnsi="Baskerville Old Face"/>
          <w:sz w:val="24"/>
          <w:szCs w:val="24"/>
        </w:rPr>
        <w:t>___</w:t>
      </w:r>
      <w:r w:rsidRPr="000733AB">
        <w:rPr>
          <w:rFonts w:ascii="Baskerville Old Face" w:hAnsi="Baskerville Old Face"/>
          <w:sz w:val="24"/>
          <w:szCs w:val="24"/>
        </w:rPr>
        <w:t>__________________________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in relazione alla candidatura per l’incarico di RSPP – triennio 2026/2029, consapevole delle responsabilità previste dall’art. 76 del D.P.R. 445/2000 per dichiarazioni non veritiere,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b/>
          <w:sz w:val="24"/>
          <w:szCs w:val="24"/>
        </w:rPr>
        <w:t>DICHIARA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Segoe UI Symbol" w:hAnsi="Segoe UI Symbol" w:cs="Segoe UI Symbol"/>
          <w:sz w:val="24"/>
          <w:szCs w:val="24"/>
        </w:rPr>
        <w:t>☐</w:t>
      </w:r>
      <w:r w:rsidRPr="000733AB">
        <w:rPr>
          <w:rFonts w:ascii="Baskerville Old Face" w:hAnsi="Baskerville Old Face"/>
          <w:sz w:val="24"/>
          <w:szCs w:val="24"/>
        </w:rPr>
        <w:t xml:space="preserve"> di non trovarsi in situazioni di in</w:t>
      </w:r>
      <w:r w:rsidRPr="000733AB">
        <w:rPr>
          <w:rFonts w:ascii="Baskerville Old Face" w:hAnsi="Baskerville Old Face"/>
          <w:sz w:val="24"/>
          <w:szCs w:val="24"/>
        </w:rPr>
        <w:t>compatibilità o conflitto di interessi, anche potenziale, rispetto allo svolgimento dell’incarico e alle funzioni richieste dall’avviso;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Segoe UI Symbol" w:hAnsi="Segoe UI Symbol" w:cs="Segoe UI Symbol"/>
          <w:sz w:val="24"/>
          <w:szCs w:val="24"/>
        </w:rPr>
        <w:t>☐</w:t>
      </w:r>
      <w:r w:rsidRPr="000733AB">
        <w:rPr>
          <w:rFonts w:ascii="Baskerville Old Face" w:hAnsi="Baskerville Old Face"/>
          <w:sz w:val="24"/>
          <w:szCs w:val="24"/>
        </w:rPr>
        <w:t xml:space="preserve"> di non essere a conoscenza di circostanze personali o professionali che possano compromettere l’imparzialità e l’indi</w:t>
      </w:r>
      <w:r w:rsidRPr="000733AB">
        <w:rPr>
          <w:rFonts w:ascii="Baskerville Old Face" w:hAnsi="Baskerville Old Face"/>
          <w:sz w:val="24"/>
          <w:szCs w:val="24"/>
        </w:rPr>
        <w:t>pendenza nello svolgimento dell’incarico;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Segoe UI Symbol" w:hAnsi="Segoe UI Symbol" w:cs="Segoe UI Symbol"/>
          <w:sz w:val="24"/>
          <w:szCs w:val="24"/>
        </w:rPr>
        <w:t>☐</w:t>
      </w:r>
      <w:r w:rsidRPr="000733AB">
        <w:rPr>
          <w:rFonts w:ascii="Baskerville Old Face" w:hAnsi="Baskerville Old Face"/>
          <w:sz w:val="24"/>
          <w:szCs w:val="24"/>
        </w:rPr>
        <w:t xml:space="preserve"> di impegnarsi a comunicare tempestivamente al Dirigente Scolastico l’insorgenza di eventuali situazioni di incompatibilità o conflitto di interessi durante l’espletamento dell’incarico;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Segoe UI Symbol" w:hAnsi="Segoe UI Symbol" w:cs="Segoe UI Symbol"/>
          <w:sz w:val="24"/>
          <w:szCs w:val="24"/>
        </w:rPr>
        <w:t>☐</w:t>
      </w:r>
      <w:r w:rsidRPr="000733AB">
        <w:rPr>
          <w:rFonts w:ascii="Baskerville Old Face" w:hAnsi="Baskerville Old Face"/>
          <w:sz w:val="24"/>
          <w:szCs w:val="24"/>
        </w:rPr>
        <w:t xml:space="preserve"> di prendere atto che le </w:t>
      </w:r>
      <w:r w:rsidRPr="000733AB">
        <w:rPr>
          <w:rFonts w:ascii="Baskerville Old Face" w:hAnsi="Baskerville Old Face"/>
          <w:sz w:val="24"/>
          <w:szCs w:val="24"/>
        </w:rPr>
        <w:t>dichiarazioni rese potranno essere oggetto di verifica da parte dell’Istituto.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Eventuali situazioni da sottoporre alla valutazione dell’Istituto (se presenti):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________________________________________________________________________________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_______________</w:t>
      </w:r>
      <w:r w:rsidRPr="000733AB">
        <w:rPr>
          <w:rFonts w:ascii="Baskerville Old Face" w:hAnsi="Baskerville Old Face"/>
          <w:sz w:val="24"/>
          <w:szCs w:val="24"/>
        </w:rPr>
        <w:t>_________________________________________________________________</w:t>
      </w:r>
    </w:p>
    <w:p w:rsidR="006E1114" w:rsidRP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La presente dichiarazione è resa per la partecipazione alla procedura indicata in oggetto.</w:t>
      </w:r>
    </w:p>
    <w:p w:rsidR="000733AB" w:rsidRDefault="005507BC" w:rsidP="000733AB">
      <w:pPr>
        <w:jc w:val="both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 xml:space="preserve">Luogo e data ______________________________   </w:t>
      </w:r>
    </w:p>
    <w:p w:rsidR="006E1114" w:rsidRPr="000733AB" w:rsidRDefault="005507BC" w:rsidP="000733AB">
      <w:pPr>
        <w:jc w:val="right"/>
        <w:rPr>
          <w:rFonts w:ascii="Baskerville Old Face" w:hAnsi="Baskerville Old Face"/>
          <w:sz w:val="24"/>
          <w:szCs w:val="24"/>
        </w:rPr>
      </w:pPr>
      <w:r w:rsidRPr="000733AB">
        <w:rPr>
          <w:rFonts w:ascii="Baskerville Old Face" w:hAnsi="Baskerville Old Face"/>
          <w:sz w:val="24"/>
          <w:szCs w:val="24"/>
        </w:rPr>
        <w:t>Firma ______________________________________</w:t>
      </w:r>
    </w:p>
    <w:sectPr w:rsidR="006E1114" w:rsidRPr="000733AB" w:rsidSect="00034616">
      <w:headerReference w:type="default" r:id="rId8"/>
      <w:footerReference w:type="default" r:id="rId9"/>
      <w:pgSz w:w="12240" w:h="15840"/>
      <w:pgMar w:top="1134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7BC" w:rsidRDefault="005507BC">
      <w:pPr>
        <w:spacing w:after="0" w:line="240" w:lineRule="auto"/>
      </w:pPr>
      <w:r>
        <w:separator/>
      </w:r>
    </w:p>
  </w:endnote>
  <w:endnote w:type="continuationSeparator" w:id="0">
    <w:p w:rsidR="005507BC" w:rsidRDefault="00550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114" w:rsidRDefault="005507BC">
    <w:pPr>
      <w:pStyle w:val="Pidipagina"/>
      <w:jc w:val="right"/>
    </w:pPr>
    <w:r>
      <w:t>Allegato 3 | Avviso RSPP 2026/2029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7BC" w:rsidRDefault="005507BC">
      <w:pPr>
        <w:spacing w:after="0" w:line="240" w:lineRule="auto"/>
      </w:pPr>
      <w:r>
        <w:separator/>
      </w:r>
    </w:p>
  </w:footnote>
  <w:footnote w:type="continuationSeparator" w:id="0">
    <w:p w:rsidR="005507BC" w:rsidRDefault="00550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3AB" w:rsidRPr="000733AB" w:rsidRDefault="000733AB" w:rsidP="000733AB">
    <w:pPr>
      <w:pStyle w:val="Intestazione"/>
    </w:pPr>
    <w:r w:rsidRPr="00C9642E">
      <w:rPr>
        <w:noProof/>
        <w:lang w:eastAsia="it-IT"/>
      </w:rPr>
      <w:drawing>
        <wp:inline distT="0" distB="0" distL="0" distR="0" wp14:anchorId="5B2397DE" wp14:editId="7F860AB8">
          <wp:extent cx="6259830" cy="1775176"/>
          <wp:effectExtent l="0" t="0" r="7620" b="0"/>
          <wp:docPr id="1" name="Immagine 1" descr="C:\Users\User\Downloads\intestazione_logo_colo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intestazione_logo_color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9830" cy="1775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33AB"/>
    <w:rsid w:val="0015074B"/>
    <w:rsid w:val="0029639D"/>
    <w:rsid w:val="00326F90"/>
    <w:rsid w:val="005507BC"/>
    <w:rsid w:val="006E11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2EC31"/>
  <w14:defaultImageDpi w14:val="300"/>
  <w15:docId w15:val="{B2B7AC72-2E68-4110-9FC8-92BFE38D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134BB-26C2-4283-9AD3-2EB30948F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2026-10-26T12:23:00Z</dcterms:created>
  <dcterms:modified xsi:type="dcterms:W3CDTF">2026-10-26T12:23:00Z</dcterms:modified>
  <cp:category/>
</cp:coreProperties>
</file>