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CD2" w:rsidRDefault="002E3CD2">
      <w:pPr>
        <w:jc w:val="center"/>
      </w:pPr>
    </w:p>
    <w:p w:rsidR="00262D4F" w:rsidRDefault="0000192F">
      <w:pPr>
        <w:jc w:val="center"/>
      </w:pPr>
      <w:proofErr w:type="spellStart"/>
      <w:r>
        <w:t>Selezione</w:t>
      </w:r>
      <w:proofErr w:type="spellEnd"/>
      <w:r>
        <w:t xml:space="preserve"> RSPP – </w:t>
      </w:r>
      <w:proofErr w:type="spellStart"/>
      <w:r>
        <w:t>triennio</w:t>
      </w:r>
      <w:proofErr w:type="spellEnd"/>
      <w:r>
        <w:t xml:space="preserve"> 2026/2029</w:t>
      </w:r>
    </w:p>
    <w:p w:rsidR="00262D4F" w:rsidRDefault="0000192F">
      <w:pPr>
        <w:jc w:val="center"/>
      </w:pPr>
      <w:r>
        <w:rPr>
          <w:b/>
          <w:sz w:val="26"/>
        </w:rPr>
        <w:t>ALLEGATO 2</w:t>
      </w:r>
    </w:p>
    <w:p w:rsidR="00262D4F" w:rsidRDefault="0000192F">
      <w:pPr>
        <w:jc w:val="center"/>
      </w:pPr>
      <w:r>
        <w:rPr>
          <w:b/>
          <w:sz w:val="24"/>
        </w:rPr>
        <w:t>TABELLA DI VALUTAZIONE TITOLI CULTURALI E PROFESSIONALI</w:t>
      </w:r>
    </w:p>
    <w:p w:rsidR="00262D4F" w:rsidRDefault="0000192F">
      <w:r>
        <w:t xml:space="preserve">Al Dirigente Scolastico dell’Istituto Comprensivo Bova Marina – Condofuri – </w:t>
      </w:r>
      <w:r>
        <w:t>Brancaleone – Bruzzano</w:t>
      </w:r>
    </w:p>
    <w:p w:rsidR="00262D4F" w:rsidRDefault="0000192F">
      <w:r>
        <w:t>Candidato/a ____________________________________________    Qualifica ______________________________</w:t>
      </w:r>
    </w:p>
    <w:p w:rsidR="00262D4F" w:rsidRDefault="0000192F">
      <w:r>
        <w:t>Titolo di accesso riportato nella griglia dell’art. 6: laurea magistrale in ingegneria o architettura (nuovo ordinamento) o laurea d</w:t>
      </w:r>
      <w:r>
        <w:t>el vecchio ordinamento in ingegneria o architettura.</w:t>
      </w:r>
    </w:p>
    <w:p w:rsidR="00262D4F" w:rsidRDefault="0000192F">
      <w:r>
        <w:t>Compilare la colonna “Punti dichiarati”; la colonna “Punti attribuiti” è riservata alla valutazione dell’Istituto. Riportare nel CV i riferimenti documentali per ogni voce.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69"/>
        <w:gridCol w:w="1986"/>
        <w:gridCol w:w="1963"/>
        <w:gridCol w:w="1965"/>
        <w:gridCol w:w="1965"/>
      </w:tblGrid>
      <w:tr w:rsidR="00262D4F">
        <w:trPr>
          <w:jc w:val="center"/>
        </w:trPr>
        <w:tc>
          <w:tcPr>
            <w:tcW w:w="1972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Criterio</w:t>
            </w:r>
          </w:p>
        </w:tc>
        <w:tc>
          <w:tcPr>
            <w:tcW w:w="1972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Modalità di valutazio</w:t>
            </w:r>
            <w:r>
              <w:rPr>
                <w:b/>
                <w:sz w:val="17"/>
              </w:rPr>
              <w:t>ne (art. 6)</w:t>
            </w:r>
          </w:p>
        </w:tc>
        <w:tc>
          <w:tcPr>
            <w:tcW w:w="1972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Max</w:t>
            </w:r>
          </w:p>
        </w:tc>
        <w:tc>
          <w:tcPr>
            <w:tcW w:w="1972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Punti dichiarati</w:t>
            </w:r>
          </w:p>
        </w:tc>
        <w:tc>
          <w:tcPr>
            <w:tcW w:w="1972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Punti attribuiti</w:t>
            </w:r>
          </w:p>
        </w:tc>
      </w:tr>
      <w:tr w:rsidR="00262D4F">
        <w:trPr>
          <w:jc w:val="center"/>
        </w:trPr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1. Voto laurea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5 punti se voto &lt; 100; 8 se 100–104; 10 se 105–110; 12 per 110 e lode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12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</w:tr>
      <w:tr w:rsidR="00262D4F">
        <w:trPr>
          <w:jc w:val="center"/>
        </w:trPr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2. Ulteriore laurea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6 punti per un ulteriore titolo di pari o superiore livello (uno solo)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6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</w:tr>
      <w:tr w:rsidR="00262D4F">
        <w:trPr>
          <w:jc w:val="center"/>
        </w:trPr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3. Corsi sicurezza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 punto per attestato aggiuntivo, durata ≥4 ore, secondo art. 6 (oltre i corsi necessari all’accesso)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15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</w:tr>
      <w:tr w:rsidR="00262D4F">
        <w:trPr>
          <w:jc w:val="center"/>
        </w:trPr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4. Ordine/collegio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5 punti per iscrizione all’ordine/collegio professionale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5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</w:t>
            </w:r>
            <w:r>
              <w:rPr>
                <w:sz w:val="17"/>
              </w:rPr>
              <w:t>_</w:t>
            </w:r>
          </w:p>
        </w:tc>
      </w:tr>
      <w:tr w:rsidR="00262D4F">
        <w:trPr>
          <w:jc w:val="center"/>
        </w:trPr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5. Incarichi RSPP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Incarichi di durata ≥1 anno: istituzioni scolastiche 15 punti; enti locali 10 punti (criterio riportato nell’avviso)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25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</w:tr>
      <w:tr w:rsidR="00262D4F">
        <w:trPr>
          <w:jc w:val="center"/>
        </w:trPr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6. Sicurezza cantieri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10 punti per attestato di specializzazione di 120 ore (ex D.Lgs. 494/96)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10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</w:tr>
      <w:tr w:rsidR="00262D4F">
        <w:trPr>
          <w:jc w:val="center"/>
        </w:trPr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7. Docenze sicurezza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 punto per corso di formazione/informazione lavoratori svolto come docente per PP.AA. e istituzioni macrosettore B8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15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  <w:tc>
          <w:tcPr>
            <w:tcW w:w="1972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</w:t>
            </w:r>
          </w:p>
        </w:tc>
      </w:tr>
    </w:tbl>
    <w:p w:rsidR="00262D4F" w:rsidRDefault="0000192F">
      <w:r>
        <w:rPr>
          <w:b/>
        </w:rPr>
        <w:t xml:space="preserve">TOTALE MASSIMO TEORICO: 88 PUNTI     Totale dichiarato __________     </w:t>
      </w:r>
      <w:r>
        <w:rPr>
          <w:b/>
        </w:rPr>
        <w:t>Totale attribuito __________</w:t>
      </w:r>
      <w:bookmarkStart w:id="0" w:name="_GoBack"/>
      <w:bookmarkEnd w:id="0"/>
    </w:p>
    <w:p w:rsidR="00262D4F" w:rsidRDefault="0000192F">
      <w:pPr>
        <w:pageBreakBefore/>
      </w:pPr>
      <w:r>
        <w:rPr>
          <w:b/>
        </w:rPr>
        <w:lastRenderedPageBreak/>
        <w:t>Dettaglio titoli ed esperienze dichiarati (riprodurre ulteriori righe, se necessario):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2242"/>
        <w:gridCol w:w="2926"/>
        <w:gridCol w:w="2360"/>
        <w:gridCol w:w="2320"/>
      </w:tblGrid>
      <w:tr w:rsidR="00262D4F">
        <w:trPr>
          <w:jc w:val="center"/>
        </w:trPr>
        <w:tc>
          <w:tcPr>
            <w:tcW w:w="2464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Voce n.</w:t>
            </w:r>
          </w:p>
        </w:tc>
        <w:tc>
          <w:tcPr>
            <w:tcW w:w="2464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Titolo / corso / incarico / docenza</w:t>
            </w:r>
          </w:p>
        </w:tc>
        <w:tc>
          <w:tcPr>
            <w:tcW w:w="2464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Ente e periodo / data</w:t>
            </w:r>
          </w:p>
        </w:tc>
        <w:tc>
          <w:tcPr>
            <w:tcW w:w="2464" w:type="dxa"/>
            <w:shd w:val="clear" w:color="auto" w:fill="E8EEF5"/>
            <w:vAlign w:val="center"/>
          </w:tcPr>
          <w:p w:rsidR="00262D4F" w:rsidRDefault="0000192F">
            <w:pPr>
              <w:spacing w:after="40"/>
            </w:pPr>
            <w:r>
              <w:rPr>
                <w:b/>
                <w:sz w:val="17"/>
              </w:rPr>
              <w:t>Rif. CV o attestato</w:t>
            </w:r>
          </w:p>
        </w:tc>
      </w:tr>
      <w:tr w:rsidR="00262D4F">
        <w:trPr>
          <w:jc w:val="center"/>
        </w:trPr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</w:t>
            </w:r>
          </w:p>
        </w:tc>
      </w:tr>
      <w:tr w:rsidR="00262D4F">
        <w:trPr>
          <w:jc w:val="center"/>
        </w:trPr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</w:t>
            </w:r>
          </w:p>
        </w:tc>
      </w:tr>
      <w:tr w:rsidR="00262D4F">
        <w:trPr>
          <w:jc w:val="center"/>
        </w:trPr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</w:t>
            </w:r>
          </w:p>
        </w:tc>
      </w:tr>
      <w:tr w:rsidR="00262D4F">
        <w:trPr>
          <w:jc w:val="center"/>
        </w:trPr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</w:t>
            </w:r>
          </w:p>
        </w:tc>
      </w:tr>
      <w:tr w:rsidR="00262D4F">
        <w:trPr>
          <w:jc w:val="center"/>
        </w:trPr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</w:t>
            </w:r>
          </w:p>
        </w:tc>
      </w:tr>
      <w:tr w:rsidR="00262D4F">
        <w:trPr>
          <w:jc w:val="center"/>
        </w:trPr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</w:t>
            </w:r>
          </w:p>
        </w:tc>
      </w:tr>
      <w:tr w:rsidR="00262D4F">
        <w:trPr>
          <w:jc w:val="center"/>
        </w:trPr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________________</w:t>
            </w:r>
          </w:p>
        </w:tc>
        <w:tc>
          <w:tcPr>
            <w:tcW w:w="2464" w:type="dxa"/>
            <w:vAlign w:val="center"/>
          </w:tcPr>
          <w:p w:rsidR="00262D4F" w:rsidRDefault="0000192F">
            <w:pPr>
              <w:spacing w:after="40"/>
            </w:pPr>
            <w:r>
              <w:rPr>
                <w:sz w:val="17"/>
              </w:rPr>
              <w:t>____________</w:t>
            </w:r>
          </w:p>
        </w:tc>
      </w:tr>
    </w:tbl>
    <w:p w:rsidR="00262D4F" w:rsidRDefault="0000192F">
      <w:r>
        <w:t>NOTA: la griglia riproduce i criteri e i massimali del</w:t>
      </w:r>
      <w:r>
        <w:t>l’avviso. Per gli incarichi RSPP l’avviso non esplicita se i punteggi siano attribuiti per incarico o per categoria: l’applicazione concreta compete alla scuola. Il valore 110 senza lode è ricompreso nella fascia da 105 a 110.</w:t>
      </w:r>
    </w:p>
    <w:p w:rsidR="00262D4F" w:rsidRDefault="0000192F">
      <w:r>
        <w:t>Dichiaro che i titoli e le es</w:t>
      </w:r>
      <w:r>
        <w:t>perienze indicati corrispondono a quanto documentato nel curriculum e nei titoli presentati.</w:t>
      </w:r>
    </w:p>
    <w:p w:rsidR="00262D4F" w:rsidRDefault="0000192F">
      <w:r>
        <w:t>Luogo e data ______________________________   Firma ______________________________________</w:t>
      </w:r>
    </w:p>
    <w:sectPr w:rsidR="00262D4F" w:rsidSect="00034616">
      <w:headerReference w:type="default" r:id="rId8"/>
      <w:footerReference w:type="default" r:id="rId9"/>
      <w:pgSz w:w="12240" w:h="15840"/>
      <w:pgMar w:top="1134" w:right="1191" w:bottom="1020" w:left="119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192F" w:rsidRDefault="0000192F">
      <w:pPr>
        <w:spacing w:after="0" w:line="240" w:lineRule="auto"/>
      </w:pPr>
      <w:r>
        <w:separator/>
      </w:r>
    </w:p>
  </w:endnote>
  <w:endnote w:type="continuationSeparator" w:id="0">
    <w:p w:rsidR="0000192F" w:rsidRDefault="00001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62D4F" w:rsidRDefault="0000192F">
    <w:pPr>
      <w:pStyle w:val="Pidipagina"/>
      <w:jc w:val="right"/>
    </w:pPr>
    <w:r>
      <w:t>Allegato 2 | Avviso RSPP 2026/2029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192F" w:rsidRDefault="0000192F">
      <w:pPr>
        <w:spacing w:after="0" w:line="240" w:lineRule="auto"/>
      </w:pPr>
      <w:r>
        <w:separator/>
      </w:r>
    </w:p>
  </w:footnote>
  <w:footnote w:type="continuationSeparator" w:id="0">
    <w:p w:rsidR="0000192F" w:rsidRDefault="000019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3CD2" w:rsidRDefault="002E3CD2">
    <w:pPr>
      <w:pStyle w:val="Intestazione"/>
    </w:pPr>
    <w:r w:rsidRPr="00C9642E">
      <w:rPr>
        <w:noProof/>
        <w:lang w:eastAsia="it-IT"/>
      </w:rPr>
      <w:drawing>
        <wp:inline distT="0" distB="0" distL="0" distR="0" wp14:anchorId="5B2397DE" wp14:editId="7F860AB8">
          <wp:extent cx="6259830" cy="1775176"/>
          <wp:effectExtent l="0" t="0" r="7620" b="0"/>
          <wp:docPr id="1" name="Immagine 1" descr="C:\Users\User\Downloads\intestazione_logo_color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er\Downloads\intestazione_logo_color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59830" cy="17751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192F"/>
    <w:rsid w:val="00034616"/>
    <w:rsid w:val="0006063C"/>
    <w:rsid w:val="0015074B"/>
    <w:rsid w:val="00262D4F"/>
    <w:rsid w:val="0029639D"/>
    <w:rsid w:val="002E3CD2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A9F3F6"/>
  <w14:defaultImageDpi w14:val="300"/>
  <w15:docId w15:val="{0BF82F76-6302-4D45-80FB-B69E8DBE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FC3E374-415E-4022-AD27-3025FE564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430</Words>
  <Characters>2456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2026-10-26T12:23:00Z</dcterms:created>
  <dcterms:modified xsi:type="dcterms:W3CDTF">2026-10-26T12:23:00Z</dcterms:modified>
  <cp:category/>
</cp:coreProperties>
</file>