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FC" w:rsidRDefault="00ED733C">
      <w:pPr>
        <w:jc w:val="center"/>
      </w:pPr>
      <w:proofErr w:type="spellStart"/>
      <w:r>
        <w:t>Selezione</w:t>
      </w:r>
      <w:proofErr w:type="spellEnd"/>
      <w:r>
        <w:t xml:space="preserve"> RSPP – </w:t>
      </w:r>
      <w:proofErr w:type="spellStart"/>
      <w:r>
        <w:t>triennio</w:t>
      </w:r>
      <w:proofErr w:type="spellEnd"/>
      <w:r>
        <w:t xml:space="preserve"> 2026/2029</w:t>
      </w:r>
    </w:p>
    <w:p w:rsidR="000D29FC" w:rsidRDefault="00ED733C">
      <w:pPr>
        <w:jc w:val="center"/>
      </w:pPr>
      <w:r>
        <w:rPr>
          <w:b/>
          <w:sz w:val="26"/>
        </w:rPr>
        <w:t>ALLEGATO 1</w:t>
      </w:r>
    </w:p>
    <w:p w:rsidR="000D29FC" w:rsidRDefault="00ED733C">
      <w:pPr>
        <w:jc w:val="center"/>
      </w:pPr>
      <w:r>
        <w:rPr>
          <w:b/>
          <w:sz w:val="24"/>
        </w:rPr>
        <w:t>DOMANDA DI PARTECIPAZIONE ALLA SELEZIONE INTERNA RSPP</w:t>
      </w:r>
    </w:p>
    <w:p w:rsidR="000D29FC" w:rsidRDefault="00ED733C">
      <w:r>
        <w:t xml:space="preserve">Al Dirigente Scolastico dell’Istituto Comprensivo Bova Marina – Condofuri – </w:t>
      </w:r>
      <w:r>
        <w:t>Brancaleone – Bruzzano</w:t>
      </w:r>
    </w:p>
    <w:p w:rsidR="000D29FC" w:rsidRDefault="00ED733C">
      <w:r>
        <w:t>Il/La sottoscritto/a ________________________________________________</w:t>
      </w:r>
    </w:p>
    <w:p w:rsidR="000D29FC" w:rsidRDefault="00ED733C">
      <w:r>
        <w:t>nato/a a __________________________________________ il ____/____/________</w:t>
      </w:r>
    </w:p>
    <w:p w:rsidR="000D29FC" w:rsidRDefault="00ED733C">
      <w:r>
        <w:t>codice fiscale ______________________________________, residente in _____________________</w:t>
      </w:r>
      <w:r>
        <w:t>________________</w:t>
      </w:r>
    </w:p>
    <w:p w:rsidR="000D29FC" w:rsidRDefault="00ED733C">
      <w:r>
        <w:t>indirizzo __________________________________________ CAP __________ telefono _________________________</w:t>
      </w:r>
    </w:p>
    <w:p w:rsidR="000D29FC" w:rsidRDefault="00ED733C">
      <w:r>
        <w:t>e-mail __________________________________________ PEC (se disponibile) ______________________________</w:t>
      </w:r>
    </w:p>
    <w:p w:rsidR="000D29FC" w:rsidRDefault="00ED733C">
      <w:r>
        <w:t>in servizio presso l’Istituto in q</w:t>
      </w:r>
      <w:r>
        <w:t>ualità di:  ☐ Docente  ☐ Personale ATA</w:t>
      </w:r>
    </w:p>
    <w:p w:rsidR="0042414D" w:rsidRDefault="00ED733C" w:rsidP="0042414D">
      <w:pPr>
        <w:jc w:val="center"/>
        <w:rPr>
          <w:b/>
        </w:rPr>
      </w:pPr>
      <w:r>
        <w:rPr>
          <w:b/>
        </w:rPr>
        <w:t>CHIE</w:t>
      </w:r>
    </w:p>
    <w:p w:rsidR="0042414D" w:rsidRDefault="0042414D" w:rsidP="0042414D">
      <w:pPr>
        <w:jc w:val="center"/>
        <w:rPr>
          <w:b/>
        </w:rPr>
      </w:pPr>
    </w:p>
    <w:p w:rsidR="0042414D" w:rsidRDefault="0042414D" w:rsidP="0042414D">
      <w:pPr>
        <w:jc w:val="center"/>
        <w:rPr>
          <w:b/>
        </w:rPr>
      </w:pPr>
    </w:p>
    <w:p w:rsidR="000D29FC" w:rsidRDefault="00ED733C" w:rsidP="0042414D">
      <w:pPr>
        <w:jc w:val="center"/>
      </w:pPr>
      <w:r>
        <w:rPr>
          <w:b/>
        </w:rPr>
        <w:t>DE</w:t>
      </w:r>
    </w:p>
    <w:p w:rsidR="000D29FC" w:rsidRDefault="00ED733C">
      <w:r>
        <w:t>di partecipare alla procedura comparativa per titoli per l’individuazione del Responsabile del Servizio di Prevenzione e Protezione (RSPP) dell’Istituto, per il triennio 2026/2029, ai sensi dell’avviso in ogget</w:t>
      </w:r>
      <w:r>
        <w:t>to.</w:t>
      </w:r>
    </w:p>
    <w:p w:rsidR="000D29FC" w:rsidRDefault="00ED733C">
      <w:r>
        <w:rPr>
          <w:b/>
        </w:rPr>
        <w:t>A tal fine, consapevole delle responsabilità penali previste dall’art. 76 del D.P.R. 445/2000 in caso di dichiarazioni mendaci, sotto la propria responsabilità DICHIARA:</w:t>
      </w:r>
    </w:p>
    <w:p w:rsidR="000D29FC" w:rsidRDefault="00ED733C">
      <w:r>
        <w:t>☐</w:t>
      </w:r>
      <w:r>
        <w:t xml:space="preserve"> di essere cittadino/a italiano/a oppure di altro Stato membro dell’Unione Europe</w:t>
      </w:r>
      <w:r>
        <w:t>a (specificare: ____________________);</w:t>
      </w:r>
    </w:p>
    <w:p w:rsidR="000D29FC" w:rsidRDefault="00ED733C">
      <w:r>
        <w:t>☐</w:t>
      </w:r>
      <w:r>
        <w:t xml:space="preserve"> di godere dei diritti politici;</w:t>
      </w:r>
    </w:p>
    <w:p w:rsidR="000D29FC" w:rsidRDefault="00ED733C">
      <w:r>
        <w:t>☐</w:t>
      </w:r>
      <w:r>
        <w:t xml:space="preserve"> di non aver riportato condanne penali che comportino esclusione dall’elettorato attivo, interdizione dai pubblici uffici e/o incapacità di contrattare con la Pubblica Amministrazion</w:t>
      </w:r>
      <w:r>
        <w:t>e;</w:t>
      </w:r>
    </w:p>
    <w:p w:rsidR="000D29FC" w:rsidRDefault="00ED733C">
      <w:r>
        <w:t>☐</w:t>
      </w:r>
      <w:r>
        <w:t xml:space="preserve"> di possedere i requisiti professionali di cui all’art. 32 del D.Lgs. 81/2008, come richiamati nell’avviso;</w:t>
      </w:r>
    </w:p>
    <w:p w:rsidR="000D29FC" w:rsidRDefault="00ED733C">
      <w:r>
        <w:t>☐</w:t>
      </w:r>
      <w:r>
        <w:t xml:space="preserve"> di possedere il titolo di studio __________________________________________ conseguito presso _________________________________________ in dat</w:t>
      </w:r>
      <w:r>
        <w:t>a __________, con voto __________;</w:t>
      </w:r>
    </w:p>
    <w:p w:rsidR="000D29FC" w:rsidRDefault="00ED733C">
      <w:r>
        <w:t>☐</w:t>
      </w:r>
      <w:r>
        <w:t xml:space="preserve"> di possedere gli attestati formativi richiesti dall’avviso (specificare moduli/titoli ed eventuale esenzione ai sensi della normativa applicabile): ______________________________________________________;</w:t>
      </w:r>
    </w:p>
    <w:p w:rsidR="000D29FC" w:rsidRDefault="00ED733C">
      <w:r>
        <w:t>☐</w:t>
      </w:r>
      <w:r>
        <w:t xml:space="preserve"> di essere dis</w:t>
      </w:r>
      <w:r>
        <w:t>ponibile a svolgere le attività previste dall’art. 2 dell’avviso presso le sedi scolastiche interessate;</w:t>
      </w:r>
    </w:p>
    <w:p w:rsidR="000D29FC" w:rsidRDefault="00ED733C">
      <w:r>
        <w:t>☐</w:t>
      </w:r>
      <w:r>
        <w:t xml:space="preserve"> di aver preso visione dell’avviso e dell’informativa sul trattamento dei dati personali allegata allo stesso.</w:t>
      </w:r>
    </w:p>
    <w:p w:rsidR="000D29FC" w:rsidRDefault="00ED733C">
      <w:r>
        <w:rPr>
          <w:b/>
        </w:rPr>
        <w:lastRenderedPageBreak/>
        <w:t>Documenti allegati alla candidatura:</w:t>
      </w:r>
    </w:p>
    <w:p w:rsidR="000D29FC" w:rsidRDefault="00ED733C">
      <w:r>
        <w:t>☐</w:t>
      </w:r>
      <w:r>
        <w:t xml:space="preserve"> </w:t>
      </w:r>
      <w:r>
        <w:t>Allegato 2 – Tabella di valutazione titoli culturali e professionali</w:t>
      </w:r>
    </w:p>
    <w:p w:rsidR="000D29FC" w:rsidRDefault="00ED733C">
      <w:r>
        <w:t>☐</w:t>
      </w:r>
      <w:r>
        <w:t xml:space="preserve"> Allegato 3 – Dichiarazione di assenza cause di incompatibilità</w:t>
      </w:r>
    </w:p>
    <w:p w:rsidR="0042414D" w:rsidRDefault="00ED733C">
      <w:r>
        <w:t>☐</w:t>
      </w:r>
      <w:r>
        <w:t xml:space="preserve"> Curriculum vitae, datato e sottoscritto  </w:t>
      </w:r>
    </w:p>
    <w:p w:rsidR="000D29FC" w:rsidRDefault="00ED733C">
      <w:bookmarkStart w:id="0" w:name="_GoBack"/>
      <w:bookmarkEnd w:id="0"/>
      <w:r>
        <w:t>☐</w:t>
      </w:r>
      <w:r>
        <w:t xml:space="preserve"> Copia di documento di identità in corso di validità</w:t>
      </w:r>
    </w:p>
    <w:p w:rsidR="000D29FC" w:rsidRDefault="00ED733C">
      <w:r>
        <w:t>☐</w:t>
      </w:r>
      <w:r>
        <w:t xml:space="preserve"> Copie/estremi degli att</w:t>
      </w:r>
      <w:r>
        <w:t>estati e dei titoli necessari all’incarico (specificare): ______________________________</w:t>
      </w:r>
    </w:p>
    <w:p w:rsidR="0042414D" w:rsidRDefault="00ED733C">
      <w:r>
        <w:t xml:space="preserve">Luogo e data ______________________________  </w:t>
      </w:r>
    </w:p>
    <w:p w:rsidR="0042414D" w:rsidRDefault="0042414D" w:rsidP="0042414D">
      <w:pPr>
        <w:jc w:val="right"/>
      </w:pPr>
    </w:p>
    <w:p w:rsidR="000D29FC" w:rsidRDefault="00ED733C" w:rsidP="0042414D">
      <w:pPr>
        <w:jc w:val="right"/>
      </w:pPr>
      <w:r>
        <w:t xml:space="preserve"> Firma ______________________________________</w:t>
      </w:r>
    </w:p>
    <w:sectPr w:rsidR="000D29FC" w:rsidSect="00034616">
      <w:headerReference w:type="default" r:id="rId8"/>
      <w:footerReference w:type="default" r:id="rId9"/>
      <w:pgSz w:w="12240" w:h="15840"/>
      <w:pgMar w:top="1134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33C" w:rsidRDefault="00ED733C">
      <w:pPr>
        <w:spacing w:after="0" w:line="240" w:lineRule="auto"/>
      </w:pPr>
      <w:r>
        <w:separator/>
      </w:r>
    </w:p>
  </w:endnote>
  <w:endnote w:type="continuationSeparator" w:id="0">
    <w:p w:rsidR="00ED733C" w:rsidRDefault="00ED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9FC" w:rsidRDefault="00ED733C">
    <w:pPr>
      <w:pStyle w:val="Pidipagina"/>
      <w:jc w:val="right"/>
    </w:pPr>
    <w:r>
      <w:t>Allegato 1 | Avviso RSPP 2026/2029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33C" w:rsidRDefault="00ED733C">
      <w:pPr>
        <w:spacing w:after="0" w:line="240" w:lineRule="auto"/>
      </w:pPr>
      <w:r>
        <w:separator/>
      </w:r>
    </w:p>
  </w:footnote>
  <w:footnote w:type="continuationSeparator" w:id="0">
    <w:p w:rsidR="00ED733C" w:rsidRDefault="00ED7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14D" w:rsidRPr="0042414D" w:rsidRDefault="0042414D" w:rsidP="0042414D">
    <w:pPr>
      <w:pStyle w:val="Intestazione"/>
    </w:pPr>
    <w:r w:rsidRPr="00C9642E">
      <w:rPr>
        <w:noProof/>
        <w:lang w:eastAsia="it-IT"/>
      </w:rPr>
      <w:drawing>
        <wp:inline distT="0" distB="0" distL="0" distR="0" wp14:anchorId="5B2397DE" wp14:editId="7F860AB8">
          <wp:extent cx="6259830" cy="1775176"/>
          <wp:effectExtent l="0" t="0" r="7620" b="0"/>
          <wp:docPr id="1" name="Immagine 1" descr="C:\Users\User\Downloads\intestazione_logo_colo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intestazione_logo_color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9830" cy="1775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29FC"/>
    <w:rsid w:val="0015074B"/>
    <w:rsid w:val="0029639D"/>
    <w:rsid w:val="00326F90"/>
    <w:rsid w:val="0042414D"/>
    <w:rsid w:val="00AA1D8D"/>
    <w:rsid w:val="00B47730"/>
    <w:rsid w:val="00CB0664"/>
    <w:rsid w:val="00ED73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058C8D"/>
  <w14:defaultImageDpi w14:val="300"/>
  <w15:docId w15:val="{B8576EE6-7A1B-4CCC-B126-FC6E712A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766CC1-B6A9-43A7-AD0F-E12A6B8AD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2026-10-26T12:25:00Z</dcterms:created>
  <dcterms:modified xsi:type="dcterms:W3CDTF">2026-10-26T12:25:00Z</dcterms:modified>
  <cp:category/>
</cp:coreProperties>
</file>